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A43" w:rsidRPr="00B13A79" w:rsidRDefault="00386A43" w:rsidP="00386A43">
      <w:pPr>
        <w:jc w:val="both"/>
        <w:rPr>
          <w:noProof/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t xml:space="preserve">Na osnovu čl. 278 i 281 </w:t>
      </w:r>
      <w:r w:rsidRPr="008E5FC6">
        <w:rPr>
          <w:noProof/>
          <w:sz w:val="28"/>
          <w:szCs w:val="28"/>
        </w:rPr>
        <w:t>Zakona o privr</w:t>
      </w:r>
      <w:r>
        <w:rPr>
          <w:noProof/>
          <w:sz w:val="28"/>
          <w:szCs w:val="28"/>
        </w:rPr>
        <w:t>ednim društvima ("Službeni list</w:t>
      </w:r>
      <w:r w:rsidRPr="008E5FC6">
        <w:rPr>
          <w:noProof/>
          <w:sz w:val="28"/>
          <w:szCs w:val="28"/>
        </w:rPr>
        <w:t xml:space="preserve"> CG", br. 90/25, 121/25 i 44/26)</w:t>
      </w:r>
      <w:r w:rsidRPr="00B13A79">
        <w:rPr>
          <w:noProof/>
          <w:sz w:val="28"/>
          <w:szCs w:val="28"/>
        </w:rPr>
        <w:t xml:space="preserve"> Skupština akcionara</w:t>
      </w:r>
      <w:r>
        <w:rPr>
          <w:noProof/>
          <w:sz w:val="28"/>
          <w:szCs w:val="28"/>
        </w:rPr>
        <w:t xml:space="preserve"> TRGOVAČKO POSLOVNI CENTAR “RAŽNATOVIĆ” AKCIONARSKO DRUŠTVO (u daljem tekstu: Društvo) na vanrednoj sjednici održanoj _____________.  </w:t>
      </w:r>
      <w:r w:rsidRPr="00B13A79">
        <w:rPr>
          <w:noProof/>
          <w:sz w:val="28"/>
          <w:szCs w:val="28"/>
        </w:rPr>
        <w:t>god</w:t>
      </w:r>
      <w:r>
        <w:rPr>
          <w:noProof/>
          <w:sz w:val="28"/>
          <w:szCs w:val="28"/>
        </w:rPr>
        <w:t>ine</w:t>
      </w:r>
      <w:r w:rsidRPr="00B13A79">
        <w:rPr>
          <w:noProof/>
          <w:sz w:val="28"/>
          <w:szCs w:val="28"/>
        </w:rPr>
        <w:t xml:space="preserve"> donosi </w:t>
      </w:r>
    </w:p>
    <w:p w:rsidR="00386A43" w:rsidRDefault="00386A43" w:rsidP="00386A43">
      <w:pPr>
        <w:rPr>
          <w:noProof/>
        </w:rPr>
      </w:pPr>
    </w:p>
    <w:p w:rsidR="00386A43" w:rsidRPr="0047767B" w:rsidRDefault="00386A43" w:rsidP="00386A43">
      <w:pPr>
        <w:jc w:val="center"/>
        <w:rPr>
          <w:b/>
          <w:i/>
          <w:noProof/>
          <w:sz w:val="36"/>
          <w:szCs w:val="36"/>
        </w:rPr>
      </w:pPr>
      <w:r w:rsidRPr="0047767B">
        <w:rPr>
          <w:b/>
          <w:i/>
          <w:noProof/>
          <w:sz w:val="36"/>
          <w:szCs w:val="36"/>
        </w:rPr>
        <w:t>O</w:t>
      </w:r>
      <w:r>
        <w:rPr>
          <w:b/>
          <w:i/>
          <w:noProof/>
          <w:sz w:val="36"/>
          <w:szCs w:val="36"/>
        </w:rPr>
        <w:t xml:space="preserve"> </w:t>
      </w:r>
      <w:r w:rsidRPr="0047767B">
        <w:rPr>
          <w:b/>
          <w:i/>
          <w:noProof/>
          <w:sz w:val="36"/>
          <w:szCs w:val="36"/>
        </w:rPr>
        <w:t>D</w:t>
      </w:r>
      <w:r>
        <w:rPr>
          <w:b/>
          <w:i/>
          <w:noProof/>
          <w:sz w:val="36"/>
          <w:szCs w:val="36"/>
        </w:rPr>
        <w:t xml:space="preserve"> </w:t>
      </w:r>
      <w:r w:rsidRPr="0047767B">
        <w:rPr>
          <w:b/>
          <w:i/>
          <w:noProof/>
          <w:sz w:val="36"/>
          <w:szCs w:val="36"/>
        </w:rPr>
        <w:t>L</w:t>
      </w:r>
      <w:r>
        <w:rPr>
          <w:b/>
          <w:i/>
          <w:noProof/>
          <w:sz w:val="36"/>
          <w:szCs w:val="36"/>
        </w:rPr>
        <w:t xml:space="preserve"> </w:t>
      </w:r>
      <w:r w:rsidRPr="0047767B">
        <w:rPr>
          <w:b/>
          <w:i/>
          <w:noProof/>
          <w:sz w:val="36"/>
          <w:szCs w:val="36"/>
        </w:rPr>
        <w:t>U</w:t>
      </w:r>
      <w:r>
        <w:rPr>
          <w:b/>
          <w:i/>
          <w:noProof/>
          <w:sz w:val="36"/>
          <w:szCs w:val="36"/>
        </w:rPr>
        <w:t xml:space="preserve"> </w:t>
      </w:r>
      <w:r w:rsidRPr="0047767B">
        <w:rPr>
          <w:b/>
          <w:i/>
          <w:noProof/>
          <w:sz w:val="36"/>
          <w:szCs w:val="36"/>
        </w:rPr>
        <w:t>K</w:t>
      </w:r>
      <w:r>
        <w:rPr>
          <w:b/>
          <w:i/>
          <w:noProof/>
          <w:sz w:val="36"/>
          <w:szCs w:val="36"/>
        </w:rPr>
        <w:t xml:space="preserve"> </w:t>
      </w:r>
      <w:r w:rsidRPr="0047767B">
        <w:rPr>
          <w:b/>
          <w:i/>
          <w:noProof/>
          <w:sz w:val="36"/>
          <w:szCs w:val="36"/>
        </w:rPr>
        <w:t>U</w:t>
      </w:r>
    </w:p>
    <w:p w:rsidR="00386A43" w:rsidRPr="0047767B" w:rsidRDefault="00386A43" w:rsidP="00386A43">
      <w:pPr>
        <w:jc w:val="center"/>
        <w:rPr>
          <w:b/>
          <w:i/>
          <w:noProof/>
          <w:sz w:val="32"/>
          <w:szCs w:val="32"/>
        </w:rPr>
      </w:pPr>
      <w:r w:rsidRPr="0047767B">
        <w:rPr>
          <w:b/>
          <w:i/>
          <w:noProof/>
          <w:sz w:val="32"/>
          <w:szCs w:val="32"/>
        </w:rPr>
        <w:t>o izboru radnih tijela Skupštine</w:t>
      </w:r>
    </w:p>
    <w:p w:rsidR="00386A43" w:rsidRDefault="00386A43" w:rsidP="00386A43">
      <w:pPr>
        <w:rPr>
          <w:noProof/>
        </w:rPr>
      </w:pPr>
    </w:p>
    <w:p w:rsidR="00386A43" w:rsidRPr="00206E91" w:rsidRDefault="00386A43" w:rsidP="00386A43">
      <w:pPr>
        <w:rPr>
          <w:noProof/>
          <w:sz w:val="28"/>
          <w:szCs w:val="28"/>
        </w:rPr>
      </w:pPr>
      <w:r w:rsidRPr="00206E91">
        <w:rPr>
          <w:noProof/>
          <w:sz w:val="28"/>
          <w:szCs w:val="28"/>
        </w:rPr>
        <w:t>1. Za predsjednika Skupštine bira se __________________________________.</w:t>
      </w:r>
    </w:p>
    <w:p w:rsidR="00386A43" w:rsidRPr="00206E91" w:rsidRDefault="00386A43" w:rsidP="00386A43">
      <w:pPr>
        <w:rPr>
          <w:noProof/>
          <w:sz w:val="28"/>
          <w:szCs w:val="28"/>
        </w:rPr>
      </w:pPr>
      <w:r w:rsidRPr="00206E91">
        <w:rPr>
          <w:noProof/>
          <w:sz w:val="28"/>
          <w:szCs w:val="28"/>
        </w:rPr>
        <w:t>2. Za zapisničara bira se __________________</w:t>
      </w:r>
    </w:p>
    <w:p w:rsidR="00386A43" w:rsidRPr="00206E91" w:rsidRDefault="00386A43" w:rsidP="00386A43">
      <w:pPr>
        <w:rPr>
          <w:noProof/>
          <w:sz w:val="28"/>
          <w:szCs w:val="28"/>
        </w:rPr>
      </w:pPr>
      <w:r w:rsidRPr="00206E91">
        <w:rPr>
          <w:noProof/>
          <w:sz w:val="28"/>
          <w:szCs w:val="28"/>
        </w:rPr>
        <w:t xml:space="preserve">3. </w:t>
      </w:r>
      <w:r w:rsidRPr="00A90709">
        <w:rPr>
          <w:noProof/>
          <w:sz w:val="28"/>
          <w:szCs w:val="28"/>
        </w:rPr>
        <w:t xml:space="preserve">Za akcionara koji ovjerava zapisnik bira se </w:t>
      </w:r>
      <w:r w:rsidRPr="00206E91">
        <w:rPr>
          <w:noProof/>
          <w:sz w:val="28"/>
          <w:szCs w:val="28"/>
        </w:rPr>
        <w:t>_______________</w:t>
      </w:r>
    </w:p>
    <w:p w:rsidR="00386A43" w:rsidRPr="00206E91" w:rsidRDefault="00386A43" w:rsidP="00386A43">
      <w:pPr>
        <w:rPr>
          <w:noProof/>
          <w:sz w:val="28"/>
          <w:szCs w:val="28"/>
        </w:rPr>
      </w:pPr>
    </w:p>
    <w:p w:rsidR="00386A43" w:rsidRPr="00206E91" w:rsidRDefault="00386A43" w:rsidP="00386A43">
      <w:pPr>
        <w:jc w:val="both"/>
        <w:rPr>
          <w:noProof/>
          <w:sz w:val="28"/>
          <w:szCs w:val="28"/>
        </w:rPr>
      </w:pPr>
      <w:r w:rsidRPr="00206E91">
        <w:rPr>
          <w:noProof/>
          <w:sz w:val="28"/>
          <w:szCs w:val="28"/>
        </w:rPr>
        <w:t xml:space="preserve">Predsjednik Skupštine iz tačke 1 ove Odluke predsjedava </w:t>
      </w:r>
      <w:r w:rsidR="00D377AE">
        <w:rPr>
          <w:noProof/>
          <w:sz w:val="28"/>
          <w:szCs w:val="28"/>
        </w:rPr>
        <w:t>3</w:t>
      </w:r>
      <w:r>
        <w:rPr>
          <w:noProof/>
          <w:sz w:val="28"/>
          <w:szCs w:val="28"/>
        </w:rPr>
        <w:t xml:space="preserve"> vanrednom</w:t>
      </w:r>
      <w:r w:rsidRPr="00206E91">
        <w:rPr>
          <w:noProof/>
          <w:sz w:val="28"/>
          <w:szCs w:val="28"/>
        </w:rPr>
        <w:t xml:space="preserve"> sjednicom </w:t>
      </w:r>
      <w:r>
        <w:rPr>
          <w:noProof/>
          <w:sz w:val="28"/>
          <w:szCs w:val="28"/>
        </w:rPr>
        <w:t xml:space="preserve">Skupštine akcionara Društva </w:t>
      </w:r>
      <w:r w:rsidRPr="00206E91">
        <w:rPr>
          <w:noProof/>
          <w:sz w:val="28"/>
          <w:szCs w:val="28"/>
        </w:rPr>
        <w:t>i vrši sve nadležnosti propisane Zakonom o privrednim društvima.</w:t>
      </w:r>
    </w:p>
    <w:p w:rsidR="00386A43" w:rsidRPr="00206E91" w:rsidRDefault="00386A43" w:rsidP="00386A43">
      <w:pPr>
        <w:rPr>
          <w:noProof/>
          <w:sz w:val="28"/>
          <w:szCs w:val="28"/>
        </w:rPr>
      </w:pPr>
    </w:p>
    <w:p w:rsidR="00386A43" w:rsidRPr="00206E91" w:rsidRDefault="00386A43" w:rsidP="00386A43">
      <w:pPr>
        <w:rPr>
          <w:noProof/>
          <w:sz w:val="28"/>
          <w:szCs w:val="28"/>
        </w:rPr>
      </w:pPr>
      <w:r w:rsidRPr="00206E91">
        <w:rPr>
          <w:noProof/>
          <w:sz w:val="28"/>
          <w:szCs w:val="28"/>
        </w:rPr>
        <w:t>Odluka stupa na snagu danom donošenja.</w:t>
      </w:r>
    </w:p>
    <w:p w:rsidR="00386A43" w:rsidRDefault="00386A43" w:rsidP="00386A43">
      <w:pPr>
        <w:rPr>
          <w:noProof/>
        </w:rPr>
      </w:pPr>
    </w:p>
    <w:p w:rsidR="00386A43" w:rsidRDefault="00386A43" w:rsidP="00386A43">
      <w:pPr>
        <w:rPr>
          <w:noProof/>
        </w:rPr>
      </w:pPr>
    </w:p>
    <w:p w:rsidR="00386A43" w:rsidRDefault="00386A43" w:rsidP="00386A43">
      <w:pPr>
        <w:rPr>
          <w:noProof/>
        </w:rPr>
      </w:pPr>
      <w:r>
        <w:rPr>
          <w:noProof/>
        </w:rPr>
        <w:t>Broj:</w:t>
      </w:r>
    </w:p>
    <w:p w:rsidR="00386A43" w:rsidRDefault="00386A43" w:rsidP="00386A43">
      <w:pPr>
        <w:rPr>
          <w:noProof/>
        </w:rPr>
      </w:pPr>
      <w:r>
        <w:rPr>
          <w:noProof/>
        </w:rPr>
        <w:t>Podgorica, ___________  godine</w:t>
      </w:r>
    </w:p>
    <w:p w:rsidR="00386A43" w:rsidRDefault="00386A43" w:rsidP="00386A43">
      <w:pPr>
        <w:rPr>
          <w:noProof/>
        </w:rPr>
      </w:pPr>
    </w:p>
    <w:p w:rsidR="00386A43" w:rsidRDefault="00386A43" w:rsidP="00386A43">
      <w:pPr>
        <w:rPr>
          <w:noProof/>
        </w:rPr>
      </w:pPr>
    </w:p>
    <w:p w:rsidR="00386A43" w:rsidRDefault="00386A43" w:rsidP="00386A43">
      <w:pPr>
        <w:rPr>
          <w:noProof/>
        </w:rPr>
      </w:pPr>
    </w:p>
    <w:p w:rsidR="00386A43" w:rsidRDefault="00386A43" w:rsidP="00386A43">
      <w:pPr>
        <w:rPr>
          <w:noProof/>
        </w:rPr>
      </w:pPr>
    </w:p>
    <w:p w:rsidR="00386A43" w:rsidRDefault="00386A43" w:rsidP="00386A43">
      <w:pPr>
        <w:rPr>
          <w:noProof/>
        </w:rPr>
      </w:pPr>
    </w:p>
    <w:p w:rsidR="00386A43" w:rsidRDefault="00386A43" w:rsidP="00386A43">
      <w:pPr>
        <w:rPr>
          <w:noProof/>
        </w:rPr>
      </w:pPr>
    </w:p>
    <w:p w:rsidR="00386A43" w:rsidRPr="00B13A79" w:rsidRDefault="00386A43" w:rsidP="00386A43">
      <w:pPr>
        <w:rPr>
          <w:b/>
          <w:i/>
          <w:noProof/>
          <w:sz w:val="28"/>
          <w:szCs w:val="28"/>
        </w:rPr>
      </w:pPr>
      <w:r w:rsidRPr="00B13A79">
        <w:rPr>
          <w:b/>
          <w:i/>
          <w:noProof/>
          <w:sz w:val="28"/>
          <w:szCs w:val="28"/>
        </w:rPr>
        <w:t xml:space="preserve">                                                        </w:t>
      </w:r>
      <w:r>
        <w:rPr>
          <w:b/>
          <w:i/>
          <w:noProof/>
          <w:sz w:val="28"/>
          <w:szCs w:val="28"/>
        </w:rPr>
        <w:t xml:space="preserve">              </w:t>
      </w:r>
      <w:r w:rsidRPr="00B13A79">
        <w:rPr>
          <w:b/>
          <w:i/>
          <w:noProof/>
          <w:sz w:val="28"/>
          <w:szCs w:val="28"/>
        </w:rPr>
        <w:t xml:space="preserve">   </w:t>
      </w:r>
      <w:r>
        <w:rPr>
          <w:b/>
          <w:i/>
          <w:noProof/>
          <w:sz w:val="28"/>
          <w:szCs w:val="28"/>
        </w:rPr>
        <w:t>Predsjednik  Skupštine akcionara</w:t>
      </w:r>
    </w:p>
    <w:p w:rsidR="00386A43" w:rsidRDefault="00386A43">
      <w:pPr>
        <w:jc w:val="both"/>
        <w:rPr>
          <w:noProof/>
        </w:rPr>
      </w:pPr>
    </w:p>
    <w:p w:rsidR="00386A43" w:rsidRDefault="00386A43">
      <w:pPr>
        <w:jc w:val="both"/>
        <w:rPr>
          <w:noProof/>
        </w:rPr>
      </w:pPr>
    </w:p>
    <w:p w:rsidR="00386A43" w:rsidRDefault="00386A43">
      <w:pPr>
        <w:jc w:val="both"/>
        <w:rPr>
          <w:noProof/>
        </w:rPr>
      </w:pPr>
    </w:p>
    <w:p w:rsidR="00386A43" w:rsidRDefault="00386A43">
      <w:pPr>
        <w:jc w:val="both"/>
        <w:rPr>
          <w:noProof/>
        </w:rPr>
      </w:pPr>
    </w:p>
    <w:p w:rsidR="006A291C" w:rsidRPr="00386A43" w:rsidRDefault="00AC4834">
      <w:pPr>
        <w:jc w:val="both"/>
        <w:rPr>
          <w:noProof/>
          <w:sz w:val="28"/>
          <w:szCs w:val="28"/>
        </w:rPr>
      </w:pPr>
      <w:r w:rsidRPr="00386A43">
        <w:rPr>
          <w:noProof/>
          <w:sz w:val="28"/>
          <w:szCs w:val="28"/>
        </w:rPr>
        <w:lastRenderedPageBreak/>
        <w:t>Na osnovu čl. 256 i 281 Zakona o privrednim društvima ("Službeni list CG", br. 90/25, 121/25 i 44/26) i čl. 15 i 26 Statuta TRGOVAČKO POSLOVNI CENTAR “RAŽNATOVIĆ” AKCIONARSKO DRUŠTVO PODGOR</w:t>
      </w:r>
      <w:r w:rsidR="00386A43" w:rsidRPr="00386A43">
        <w:rPr>
          <w:noProof/>
          <w:sz w:val="28"/>
          <w:szCs w:val="28"/>
        </w:rPr>
        <w:t xml:space="preserve">ICA (u daljem tekstu: Društvo), </w:t>
      </w:r>
      <w:r w:rsidRPr="00386A43">
        <w:rPr>
          <w:noProof/>
          <w:sz w:val="28"/>
          <w:szCs w:val="28"/>
        </w:rPr>
        <w:t xml:space="preserve">Skupština akcionara Društva, na </w:t>
      </w:r>
      <w:r w:rsidR="00386A43" w:rsidRPr="00386A43">
        <w:rPr>
          <w:noProof/>
          <w:sz w:val="28"/>
          <w:szCs w:val="28"/>
        </w:rPr>
        <w:t xml:space="preserve">vanrednoj </w:t>
      </w:r>
      <w:r w:rsidRPr="00386A43">
        <w:rPr>
          <w:noProof/>
          <w:sz w:val="28"/>
          <w:szCs w:val="28"/>
        </w:rPr>
        <w:t>sjednici održanoj dana __________ 2026. godine, donosi</w:t>
      </w:r>
    </w:p>
    <w:p w:rsidR="006A291C" w:rsidRPr="00386A43" w:rsidRDefault="00AC4834">
      <w:pPr>
        <w:jc w:val="center"/>
        <w:rPr>
          <w:noProof/>
          <w:sz w:val="36"/>
          <w:szCs w:val="36"/>
        </w:rPr>
      </w:pPr>
      <w:r w:rsidRPr="00386A43">
        <w:rPr>
          <w:b/>
          <w:noProof/>
          <w:sz w:val="36"/>
          <w:szCs w:val="36"/>
        </w:rPr>
        <w:t>O D L U K U</w:t>
      </w:r>
    </w:p>
    <w:p w:rsidR="006A291C" w:rsidRDefault="00AC4834">
      <w:pPr>
        <w:jc w:val="center"/>
        <w:rPr>
          <w:b/>
          <w:noProof/>
          <w:sz w:val="32"/>
          <w:szCs w:val="32"/>
        </w:rPr>
      </w:pPr>
      <w:r w:rsidRPr="00386A43">
        <w:rPr>
          <w:b/>
          <w:noProof/>
          <w:sz w:val="32"/>
          <w:szCs w:val="32"/>
        </w:rPr>
        <w:t>o razrješenju i imenovanju Direktora Društva</w:t>
      </w:r>
    </w:p>
    <w:p w:rsidR="00386A43" w:rsidRPr="00386A43" w:rsidRDefault="00386A43">
      <w:pPr>
        <w:jc w:val="center"/>
        <w:rPr>
          <w:noProof/>
          <w:sz w:val="32"/>
          <w:szCs w:val="32"/>
        </w:rPr>
      </w:pPr>
    </w:p>
    <w:p w:rsidR="006A291C" w:rsidRPr="00386A43" w:rsidRDefault="00AC4834">
      <w:pPr>
        <w:jc w:val="both"/>
        <w:rPr>
          <w:noProof/>
          <w:sz w:val="28"/>
          <w:szCs w:val="28"/>
        </w:rPr>
      </w:pPr>
      <w:r w:rsidRPr="00386A43">
        <w:rPr>
          <w:b/>
          <w:noProof/>
          <w:sz w:val="28"/>
          <w:szCs w:val="28"/>
        </w:rPr>
        <w:t xml:space="preserve">1. </w:t>
      </w:r>
      <w:r w:rsidR="00386A43">
        <w:rPr>
          <w:noProof/>
          <w:sz w:val="28"/>
          <w:szCs w:val="28"/>
        </w:rPr>
        <w:t xml:space="preserve">Razrješava </w:t>
      </w:r>
      <w:r w:rsidRPr="00386A43">
        <w:rPr>
          <w:noProof/>
          <w:sz w:val="28"/>
          <w:szCs w:val="28"/>
        </w:rPr>
        <w:t xml:space="preserve">se dužnosti Direktora Društva Stanka </w:t>
      </w:r>
      <w:r w:rsidR="00A379AC">
        <w:rPr>
          <w:noProof/>
          <w:sz w:val="28"/>
          <w:szCs w:val="28"/>
        </w:rPr>
        <w:t>Ćetković</w:t>
      </w:r>
      <w:r w:rsidRPr="00386A43">
        <w:rPr>
          <w:noProof/>
          <w:sz w:val="28"/>
          <w:szCs w:val="28"/>
        </w:rPr>
        <w:t xml:space="preserve">, </w:t>
      </w:r>
      <w:r w:rsidR="00DF2916" w:rsidRPr="00386A43">
        <w:rPr>
          <w:noProof/>
          <w:sz w:val="28"/>
          <w:szCs w:val="28"/>
        </w:rPr>
        <w:t>broj lične karte</w:t>
      </w:r>
      <w:r w:rsidR="00386A43" w:rsidRPr="00386A43">
        <w:rPr>
          <w:noProof/>
          <w:sz w:val="28"/>
          <w:szCs w:val="28"/>
        </w:rPr>
        <w:t>:__________</w:t>
      </w:r>
      <w:r w:rsidR="007B0A6D">
        <w:rPr>
          <w:noProof/>
          <w:sz w:val="28"/>
          <w:szCs w:val="28"/>
        </w:rPr>
        <w:t xml:space="preserve">, </w:t>
      </w:r>
      <w:r w:rsidRPr="00386A43">
        <w:rPr>
          <w:noProof/>
          <w:sz w:val="28"/>
          <w:szCs w:val="28"/>
        </w:rPr>
        <w:t>imenovana Odlukom Skupštine akcionara od 10.6.2026. godine.</w:t>
      </w:r>
    </w:p>
    <w:p w:rsidR="006A291C" w:rsidRPr="00386A43" w:rsidRDefault="00AC4834">
      <w:pPr>
        <w:jc w:val="both"/>
        <w:rPr>
          <w:noProof/>
          <w:sz w:val="28"/>
          <w:szCs w:val="28"/>
        </w:rPr>
      </w:pPr>
      <w:r w:rsidRPr="00386A43">
        <w:rPr>
          <w:b/>
          <w:noProof/>
          <w:sz w:val="28"/>
          <w:szCs w:val="28"/>
        </w:rPr>
        <w:t xml:space="preserve">2. </w:t>
      </w:r>
      <w:r w:rsidRPr="00386A43">
        <w:rPr>
          <w:noProof/>
          <w:sz w:val="28"/>
          <w:szCs w:val="28"/>
        </w:rPr>
        <w:t xml:space="preserve">Za Direktora Društva imenuje se </w:t>
      </w:r>
      <w:r w:rsidR="00DF2916" w:rsidRPr="00386A43">
        <w:rPr>
          <w:noProof/>
          <w:sz w:val="28"/>
          <w:szCs w:val="28"/>
        </w:rPr>
        <w:t>Aleksandar Ražnatović, broj lične karte</w:t>
      </w:r>
      <w:r w:rsidRPr="00386A43">
        <w:rPr>
          <w:noProof/>
          <w:sz w:val="28"/>
          <w:szCs w:val="28"/>
        </w:rPr>
        <w:t>: ____________________________, na period od četiri (4) godine, računajući od dana registracije imenovanja u CRPS.</w:t>
      </w:r>
    </w:p>
    <w:p w:rsidR="006A291C" w:rsidRPr="00386A43" w:rsidRDefault="00AC4834">
      <w:pPr>
        <w:jc w:val="both"/>
        <w:rPr>
          <w:noProof/>
          <w:sz w:val="28"/>
          <w:szCs w:val="28"/>
        </w:rPr>
      </w:pPr>
      <w:r w:rsidRPr="00386A43">
        <w:rPr>
          <w:b/>
          <w:noProof/>
          <w:sz w:val="28"/>
          <w:szCs w:val="28"/>
        </w:rPr>
        <w:t xml:space="preserve">3. </w:t>
      </w:r>
      <w:r w:rsidRPr="00386A43">
        <w:rPr>
          <w:noProof/>
          <w:sz w:val="28"/>
          <w:szCs w:val="28"/>
        </w:rPr>
        <w:t>Direktor zastupa Društvo pojedinačno i bez ograničenja, u skladu sa zakonom i Statutom Društva.</w:t>
      </w:r>
    </w:p>
    <w:p w:rsidR="006A291C" w:rsidRPr="00386A43" w:rsidRDefault="00AC4834">
      <w:pPr>
        <w:jc w:val="both"/>
        <w:rPr>
          <w:noProof/>
          <w:sz w:val="28"/>
          <w:szCs w:val="28"/>
        </w:rPr>
      </w:pPr>
      <w:r w:rsidRPr="00386A43">
        <w:rPr>
          <w:b/>
          <w:noProof/>
          <w:sz w:val="28"/>
          <w:szCs w:val="28"/>
        </w:rPr>
        <w:t xml:space="preserve">4. </w:t>
      </w:r>
      <w:r w:rsidRPr="00386A43">
        <w:rPr>
          <w:noProof/>
          <w:sz w:val="28"/>
          <w:szCs w:val="28"/>
        </w:rPr>
        <w:t>Ovlašćuje se predsjednik ove sjednice Skupštine akcionara da, u ime i za račun Društva, sa novoimenovanim Direktorom zaključi i potpiše ugovor o radu, odnosno drugi odgovarajući ugovor.</w:t>
      </w:r>
    </w:p>
    <w:p w:rsidR="006A291C" w:rsidRPr="00386A43" w:rsidRDefault="00AC4834">
      <w:pPr>
        <w:jc w:val="both"/>
        <w:rPr>
          <w:noProof/>
          <w:sz w:val="28"/>
          <w:szCs w:val="28"/>
        </w:rPr>
      </w:pPr>
      <w:r w:rsidRPr="00386A43">
        <w:rPr>
          <w:b/>
          <w:noProof/>
          <w:sz w:val="28"/>
          <w:szCs w:val="28"/>
        </w:rPr>
        <w:t xml:space="preserve">5. </w:t>
      </w:r>
      <w:r w:rsidRPr="00386A43">
        <w:rPr>
          <w:noProof/>
          <w:sz w:val="28"/>
          <w:szCs w:val="28"/>
        </w:rPr>
        <w:t>Ova odluka stupa na snagu danom donošenja, a razrješenje postojećeg i imenovanje novog Direktora proizvode pravno dejstvo od dana registracije promjene Direktora u CRPS.</w:t>
      </w:r>
    </w:p>
    <w:p w:rsidR="006A291C" w:rsidRPr="00386A43" w:rsidRDefault="00AC4834">
      <w:pPr>
        <w:jc w:val="both"/>
        <w:rPr>
          <w:noProof/>
          <w:sz w:val="28"/>
          <w:szCs w:val="28"/>
        </w:rPr>
      </w:pPr>
      <w:r w:rsidRPr="00386A43">
        <w:rPr>
          <w:b/>
          <w:noProof/>
          <w:sz w:val="28"/>
          <w:szCs w:val="28"/>
        </w:rPr>
        <w:t xml:space="preserve">6. </w:t>
      </w:r>
      <w:r w:rsidRPr="00386A43">
        <w:rPr>
          <w:noProof/>
          <w:sz w:val="28"/>
          <w:szCs w:val="28"/>
        </w:rPr>
        <w:t xml:space="preserve">Ovlašćuje se </w:t>
      </w:r>
      <w:r w:rsidR="00A379AC">
        <w:rPr>
          <w:noProof/>
          <w:sz w:val="28"/>
          <w:szCs w:val="28"/>
        </w:rPr>
        <w:t>Stanka Ćetković</w:t>
      </w:r>
      <w:r w:rsidR="00DF2916" w:rsidRPr="00386A43">
        <w:rPr>
          <w:noProof/>
          <w:sz w:val="28"/>
          <w:szCs w:val="28"/>
        </w:rPr>
        <w:t xml:space="preserve"> </w:t>
      </w:r>
      <w:r w:rsidRPr="00386A43">
        <w:rPr>
          <w:noProof/>
          <w:sz w:val="28"/>
          <w:szCs w:val="28"/>
        </w:rPr>
        <w:t>da podnese prijavu CRPS-u i preduzme potrebne radnje radi registracije promjene Direktora.</w:t>
      </w:r>
    </w:p>
    <w:p w:rsidR="006A291C" w:rsidRPr="009132A2" w:rsidRDefault="00AC4834">
      <w:pPr>
        <w:jc w:val="center"/>
        <w:rPr>
          <w:i/>
          <w:noProof/>
          <w:sz w:val="28"/>
          <w:szCs w:val="28"/>
        </w:rPr>
      </w:pPr>
      <w:r w:rsidRPr="009132A2">
        <w:rPr>
          <w:b/>
          <w:i/>
          <w:noProof/>
          <w:sz w:val="28"/>
          <w:szCs w:val="28"/>
        </w:rPr>
        <w:t>O b r a z l o ž e n j e</w:t>
      </w:r>
    </w:p>
    <w:p w:rsidR="006A291C" w:rsidRPr="009132A2" w:rsidRDefault="00AC4834">
      <w:pPr>
        <w:jc w:val="both"/>
        <w:rPr>
          <w:noProof/>
          <w:sz w:val="24"/>
          <w:szCs w:val="24"/>
        </w:rPr>
      </w:pPr>
      <w:r w:rsidRPr="009132A2">
        <w:rPr>
          <w:noProof/>
          <w:sz w:val="24"/>
          <w:szCs w:val="24"/>
        </w:rPr>
        <w:t>Skupština akcionara je, u skladu sa Zakonom i Statutom Društva, nadležna za imenovanje i razrješenje Direktora. Radi promjene lica koje obavlja funkciju Direktora, odlučeno je kao u dispozitivu ove odluke.</w:t>
      </w:r>
    </w:p>
    <w:p w:rsidR="006A291C" w:rsidRPr="00386A43" w:rsidRDefault="006A291C">
      <w:pPr>
        <w:rPr>
          <w:noProof/>
          <w:sz w:val="28"/>
          <w:szCs w:val="28"/>
        </w:rPr>
      </w:pPr>
    </w:p>
    <w:p w:rsidR="006A291C" w:rsidRPr="00386A43" w:rsidRDefault="00AC4834">
      <w:pPr>
        <w:rPr>
          <w:noProof/>
        </w:rPr>
      </w:pPr>
      <w:r w:rsidRPr="00386A43">
        <w:rPr>
          <w:noProof/>
        </w:rPr>
        <w:t>Broj: ____________</w:t>
      </w:r>
    </w:p>
    <w:p w:rsidR="006A291C" w:rsidRPr="00386A43" w:rsidRDefault="00AC4834">
      <w:pPr>
        <w:rPr>
          <w:noProof/>
        </w:rPr>
      </w:pPr>
      <w:r w:rsidRPr="00386A43">
        <w:rPr>
          <w:noProof/>
        </w:rPr>
        <w:t>Podgorica, ____________ 2026. godine</w:t>
      </w:r>
    </w:p>
    <w:p w:rsidR="006A291C" w:rsidRPr="009132A2" w:rsidRDefault="00AC4834" w:rsidP="009132A2">
      <w:pPr>
        <w:jc w:val="right"/>
        <w:rPr>
          <w:b/>
          <w:i/>
          <w:noProof/>
          <w:sz w:val="28"/>
          <w:szCs w:val="28"/>
        </w:rPr>
      </w:pPr>
      <w:r w:rsidRPr="009132A2">
        <w:rPr>
          <w:b/>
          <w:i/>
          <w:noProof/>
          <w:sz w:val="28"/>
          <w:szCs w:val="28"/>
        </w:rPr>
        <w:t>Predsjednik Skupštine akcionara</w:t>
      </w:r>
    </w:p>
    <w:p w:rsidR="00386A43" w:rsidRPr="00386A43" w:rsidRDefault="00386A43">
      <w:pPr>
        <w:jc w:val="right"/>
        <w:rPr>
          <w:noProof/>
          <w:sz w:val="28"/>
          <w:szCs w:val="28"/>
        </w:rPr>
      </w:pPr>
    </w:p>
    <w:p w:rsidR="006A291C" w:rsidRPr="00386A43" w:rsidRDefault="006A291C">
      <w:pPr>
        <w:jc w:val="right"/>
        <w:rPr>
          <w:noProof/>
          <w:sz w:val="28"/>
          <w:szCs w:val="28"/>
        </w:rPr>
      </w:pPr>
    </w:p>
    <w:sectPr w:rsidR="006A291C" w:rsidRPr="00386A43" w:rsidSect="00034616">
      <w:headerReference w:type="default" r:id="rId8"/>
      <w:pgSz w:w="12240" w:h="15840"/>
      <w:pgMar w:top="1020" w:right="1304" w:bottom="1020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D28" w:rsidRDefault="00631D28" w:rsidP="00DF2916">
      <w:pPr>
        <w:spacing w:after="0" w:line="240" w:lineRule="auto"/>
      </w:pPr>
      <w:r>
        <w:separator/>
      </w:r>
    </w:p>
  </w:endnote>
  <w:endnote w:type="continuationSeparator" w:id="0">
    <w:p w:rsidR="00631D28" w:rsidRDefault="00631D28" w:rsidP="00DF2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D28" w:rsidRDefault="00631D28" w:rsidP="00DF2916">
      <w:pPr>
        <w:spacing w:after="0" w:line="240" w:lineRule="auto"/>
      </w:pPr>
      <w:r>
        <w:separator/>
      </w:r>
    </w:p>
  </w:footnote>
  <w:footnote w:type="continuationSeparator" w:id="0">
    <w:p w:rsidR="00631D28" w:rsidRDefault="00631D28" w:rsidP="00DF2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916" w:rsidRDefault="00DF2916" w:rsidP="00DF2916">
    <w:r>
      <w:rPr>
        <w:b/>
      </w:rPr>
      <w:t>PREDLOG</w:t>
    </w:r>
  </w:p>
  <w:p w:rsidR="00DF2916" w:rsidRDefault="00DF2916" w:rsidP="00DF2916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E39C5"/>
    <w:rsid w:val="0015074B"/>
    <w:rsid w:val="0029639D"/>
    <w:rsid w:val="00326F90"/>
    <w:rsid w:val="00386A43"/>
    <w:rsid w:val="00631D28"/>
    <w:rsid w:val="00694763"/>
    <w:rsid w:val="006A291C"/>
    <w:rsid w:val="007B0A6D"/>
    <w:rsid w:val="008A3816"/>
    <w:rsid w:val="009132A2"/>
    <w:rsid w:val="00A379AC"/>
    <w:rsid w:val="00AA1D8D"/>
    <w:rsid w:val="00AC4834"/>
    <w:rsid w:val="00B47730"/>
    <w:rsid w:val="00BC3BF6"/>
    <w:rsid w:val="00CB0664"/>
    <w:rsid w:val="00D377AE"/>
    <w:rsid w:val="00DF291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B4DAB369-8288-4091-A4C7-B913AF0B2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407329E-F950-4945-9C92-6116192B0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2026-10-09T09:50:00Z</dcterms:created>
  <dcterms:modified xsi:type="dcterms:W3CDTF">2026-10-09T09:50:00Z</dcterms:modified>
  <cp:category/>
</cp:coreProperties>
</file>